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DAD3" w14:textId="77777777" w:rsidR="003D62B5" w:rsidRDefault="00000000">
      <w:pPr>
        <w:jc w:val="center"/>
      </w:pPr>
      <w:r>
        <w:rPr>
          <w:b/>
          <w:color w:val="1F4E79"/>
          <w:sz w:val="36"/>
        </w:rPr>
        <w:t>OCTOBER 2026 APARTMENT LISTING</w:t>
      </w:r>
    </w:p>
    <w:p w14:paraId="182BC94A" w14:textId="4DBBCE2E" w:rsidR="003D62B5" w:rsidRDefault="0092246D">
      <w:pPr>
        <w:spacing w:after="60"/>
        <w:jc w:val="center"/>
      </w:pPr>
      <w:r>
        <w:rPr>
          <w:b/>
          <w:color w:val="C00000"/>
        </w:rPr>
        <w:t>ALL APARTMENTS ARE UNFURNISHED</w:t>
      </w:r>
      <w:r>
        <w:rPr>
          <w:b/>
          <w:color w:val="C00000"/>
        </w:rPr>
        <w:br/>
      </w:r>
      <w:r>
        <w:rPr>
          <w:b/>
        </w:rPr>
        <w:t>SECTION 8 WILL PAY A MAXIMUM HCV FAIR MARKET VALUE RENTAL AMOUNT</w:t>
      </w:r>
      <w:r>
        <w:rPr>
          <w:b/>
        </w:rPr>
        <w:br/>
        <w:t>OF BETWEEN $1,000 AND $1,700 PER MONTH FOR UNITS IN THIS COMMUNITY RESOURCE LISTING</w:t>
      </w:r>
      <w:r>
        <w:rPr>
          <w:b/>
        </w:rPr>
        <w:t xml:space="preserve"> AREA</w:t>
      </w:r>
      <w:r>
        <w:rPr>
          <w:b/>
        </w:rPr>
        <w:br/>
        <w:t>PLEASE NOTE: CALL OR CONTACT EACH LISTING TO VERIFY AVAILABILITY, FEES, AND VOUCHER ACCEPTANCE BEFORE APPLYING.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75"/>
        <w:gridCol w:w="1325"/>
        <w:gridCol w:w="821"/>
        <w:gridCol w:w="2131"/>
        <w:gridCol w:w="1930"/>
        <w:gridCol w:w="2131"/>
        <w:gridCol w:w="4507"/>
      </w:tblGrid>
      <w:tr w:rsidR="003D62B5" w14:paraId="0C978657" w14:textId="77777777">
        <w:trPr>
          <w:trHeight w:hRule="exact" w:val="403"/>
          <w:jc w:val="center"/>
        </w:trPr>
        <w:tc>
          <w:tcPr>
            <w:tcW w:w="227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D5E04A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ADDRESS</w:t>
            </w:r>
          </w:p>
        </w:tc>
        <w:tc>
          <w:tcPr>
            <w:tcW w:w="132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0A70DE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AMOUNT</w:t>
            </w:r>
          </w:p>
        </w:tc>
        <w:tc>
          <w:tcPr>
            <w:tcW w:w="82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98C366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AVAILABILITY</w:t>
            </w:r>
          </w:p>
        </w:tc>
        <w:tc>
          <w:tcPr>
            <w:tcW w:w="213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8CF638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VIEW / PHOTO LINK</w:t>
            </w:r>
          </w:p>
        </w:tc>
        <w:tc>
          <w:tcPr>
            <w:tcW w:w="1930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CEBE33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CONTACT INFORMATION</w:t>
            </w:r>
          </w:p>
        </w:tc>
        <w:tc>
          <w:tcPr>
            <w:tcW w:w="213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638E1C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HOUSING VOUCHERS /</w:t>
            </w:r>
            <w:r>
              <w:br/>
            </w:r>
            <w:r>
              <w:rPr>
                <w:b/>
              </w:rPr>
              <w:t>SECTION 8</w:t>
            </w:r>
          </w:p>
        </w:tc>
        <w:tc>
          <w:tcPr>
            <w:tcW w:w="443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4F8B15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DESCRIPTION</w:t>
            </w:r>
          </w:p>
        </w:tc>
      </w:tr>
      <w:tr w:rsidR="003D62B5" w14:paraId="7F8EDF9C" w14:textId="77777777">
        <w:trPr>
          <w:trHeight w:hRule="exact" w:val="403"/>
          <w:jc w:val="center"/>
        </w:trPr>
        <w:tc>
          <w:tcPr>
            <w:tcW w:w="15120" w:type="dxa"/>
            <w:gridSpan w:val="7"/>
            <w:shd w:val="clear" w:color="auto" w:fill="00000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0965B0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PASSAIC COUNTY</w:t>
            </w:r>
          </w:p>
        </w:tc>
      </w:tr>
      <w:tr w:rsidR="003D62B5" w14:paraId="423653DB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25593C" w14:textId="77777777" w:rsidR="003D62B5" w:rsidRDefault="00000000">
            <w:pPr>
              <w:spacing w:line="240" w:lineRule="auto"/>
            </w:pPr>
            <w:r>
              <w:rPr>
                <w:b/>
              </w:rPr>
              <w:t>377 Madison St Unit 10</w:t>
            </w:r>
            <w:r>
              <w:br/>
            </w:r>
            <w:r>
              <w:rPr>
                <w:b/>
              </w:rPr>
              <w:t>Passaic, NJ 07055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DD2C7C" w14:textId="77777777" w:rsidR="003D62B5" w:rsidRDefault="00000000">
            <w:pPr>
              <w:spacing w:line="240" w:lineRule="auto"/>
              <w:jc w:val="center"/>
            </w:pPr>
            <w:r>
              <w:t>$1,545/mo</w:t>
            </w:r>
            <w:r>
              <w:br/>
              <w:t>1 bd, 1 ba</w:t>
            </w:r>
            <w:r>
              <w:br/>
              <w:t>700 sq ft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007B25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811C13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A4CEF4" wp14:editId="3CA42F8C">
                  <wp:extent cx="1508760" cy="73552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2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1ED260" w14:textId="77777777" w:rsidR="003D62B5" w:rsidRDefault="00000000">
            <w:pPr>
              <w:spacing w:line="240" w:lineRule="auto"/>
            </w:pPr>
            <w:r>
              <w:t>John Stevenson</w:t>
            </w:r>
            <w:r>
              <w:br/>
              <w:t>eRealty Advisors, Inc.</w:t>
            </w:r>
            <w:r>
              <w:br/>
              <w:t>862-304-5255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79A609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E37618" w14:textId="77777777" w:rsidR="003D62B5" w:rsidRDefault="00000000">
            <w:pPr>
              <w:spacing w:line="216" w:lineRule="auto"/>
            </w:pPr>
            <w:r>
              <w:t>Remodeled one-bedroom with eat-in kitchen, fresh paint, heat/hot water included, near Christopher Columbus Park and downtown Passaic. Confirm fees and vouchers.</w:t>
            </w:r>
          </w:p>
        </w:tc>
      </w:tr>
      <w:tr w:rsidR="003D62B5" w14:paraId="2B3D57D3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3BC9EE" w14:textId="77777777" w:rsidR="003D62B5" w:rsidRDefault="00000000">
            <w:pPr>
              <w:spacing w:line="240" w:lineRule="auto"/>
            </w:pPr>
            <w:r>
              <w:rPr>
                <w:b/>
              </w:rPr>
              <w:t>551 Summer St Unit 2R</w:t>
            </w:r>
            <w:r>
              <w:br/>
            </w:r>
            <w:r>
              <w:rPr>
                <w:b/>
              </w:rPr>
              <w:t>Paterson, NJ 07501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BE9357" w14:textId="77777777" w:rsidR="003D62B5" w:rsidRDefault="00000000">
            <w:pPr>
              <w:spacing w:line="240" w:lineRule="auto"/>
              <w:jc w:val="center"/>
            </w:pPr>
            <w:r>
              <w:t>$1,475/mo</w:t>
            </w:r>
            <w:r>
              <w:br/>
              <w:t>2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274F51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1AA0AD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C0DD96" wp14:editId="5F018128">
                  <wp:extent cx="1508760" cy="73552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3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930D47" w14:textId="77777777" w:rsidR="003D62B5" w:rsidRDefault="00000000">
            <w:pPr>
              <w:spacing w:line="240" w:lineRule="auto"/>
            </w:pPr>
            <w:r>
              <w:t>551 Summer St Leasing</w:t>
            </w:r>
            <w:r>
              <w:br/>
              <w:t>862-310-6309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711D28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78627F" w14:textId="77777777" w:rsidR="003D62B5" w:rsidRDefault="00000000">
            <w:pPr>
              <w:spacing w:line="216" w:lineRule="auto"/>
            </w:pPr>
            <w:r>
              <w:t>Two-bedroom Paterson apartment with hardwood floors, included water/trash/sewer and strong commuter access to trains, buses and major highways. Confirm deposit.</w:t>
            </w:r>
          </w:p>
          <w:p w14:paraId="4567693E" w14:textId="77777777" w:rsidR="003D62B5" w:rsidRDefault="00000000">
            <w:pPr>
              <w:spacing w:line="216" w:lineRule="auto"/>
            </w:pPr>
            <w:r>
              <w:rPr>
                <w:b/>
                <w:color w:val="C00000"/>
              </w:rPr>
              <w:t>PET POLICY: Pets allowed; cats and dogs allowed.</w:t>
            </w:r>
          </w:p>
        </w:tc>
      </w:tr>
      <w:tr w:rsidR="003D62B5" w14:paraId="08A724B6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F0D7F" w14:textId="77777777" w:rsidR="003D62B5" w:rsidRDefault="00000000">
            <w:pPr>
              <w:spacing w:line="240" w:lineRule="auto"/>
            </w:pPr>
            <w:r>
              <w:rPr>
                <w:b/>
              </w:rPr>
              <w:t>148 Clinton St Unit 2</w:t>
            </w:r>
            <w:r>
              <w:br/>
            </w:r>
            <w:r>
              <w:rPr>
                <w:b/>
              </w:rPr>
              <w:t>Paterson, NJ 07522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95A4CB" w14:textId="77777777" w:rsidR="003D62B5" w:rsidRDefault="00000000">
            <w:pPr>
              <w:spacing w:line="240" w:lineRule="auto"/>
              <w:jc w:val="center"/>
            </w:pPr>
            <w:r>
              <w:t>$1,475/mo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DFC9B3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49BC95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C4C82E" wp14:editId="334065BA">
                  <wp:extent cx="1508760" cy="73552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D470D3" w14:textId="77777777" w:rsidR="003D62B5" w:rsidRDefault="00000000">
            <w:pPr>
              <w:spacing w:line="240" w:lineRule="auto"/>
            </w:pPr>
            <w:r>
              <w:t>148 Clinton St Leasing</w:t>
            </w:r>
            <w:r>
              <w:br/>
              <w:t>862-319-3466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F9408B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2DF1EF" w14:textId="77777777" w:rsidR="003D62B5" w:rsidRDefault="00000000">
            <w:pPr>
              <w:spacing w:line="216" w:lineRule="auto"/>
            </w:pPr>
            <w:r>
              <w:t>One-bedroom Paterson apartment within range. Confirm floor level, appliances, utilities, parking, move-in costs, application requirements and voucher policy.</w:t>
            </w:r>
          </w:p>
        </w:tc>
      </w:tr>
      <w:tr w:rsidR="003D62B5" w14:paraId="06CCA151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380727" w14:textId="77777777" w:rsidR="003D62B5" w:rsidRDefault="00000000">
            <w:pPr>
              <w:spacing w:line="240" w:lineRule="auto"/>
            </w:pPr>
            <w:r>
              <w:rPr>
                <w:b/>
              </w:rPr>
              <w:t>154 Hamilton Ave Unit 202</w:t>
            </w:r>
            <w:r>
              <w:br/>
            </w:r>
            <w:r>
              <w:rPr>
                <w:b/>
              </w:rPr>
              <w:t>Paterson, NJ 07501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771D03" w14:textId="77777777" w:rsidR="003D62B5" w:rsidRDefault="00000000">
            <w:pPr>
              <w:spacing w:line="240" w:lineRule="auto"/>
              <w:jc w:val="center"/>
            </w:pPr>
            <w:r>
              <w:t>$1,450/mo</w:t>
            </w:r>
            <w:r>
              <w:br/>
              <w:t>Studio,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A0DE9F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894E35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8B6251" wp14:editId="26479DC9">
                  <wp:extent cx="1508760" cy="73552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5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8A15EE" w14:textId="77777777" w:rsidR="003D62B5" w:rsidRDefault="00000000">
            <w:pPr>
              <w:spacing w:line="240" w:lineRule="auto"/>
            </w:pPr>
            <w:r>
              <w:t>154 Hamilton Ave Leasing</w:t>
            </w:r>
            <w:r>
              <w:br/>
              <w:t>862-319-8366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781AAA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A39F03" w14:textId="77777777" w:rsidR="003D62B5" w:rsidRDefault="00000000">
            <w:pPr>
              <w:spacing w:line="216" w:lineRule="auto"/>
            </w:pPr>
            <w:r>
              <w:t>Studio Paterson apartment with stainless appliances, hardwood-style flooring, central air, secure entry and security monitoring. Confirm fees, deposit and parking.</w:t>
            </w:r>
          </w:p>
          <w:p w14:paraId="5917F2DB" w14:textId="77777777" w:rsidR="003D62B5" w:rsidRDefault="00000000">
            <w:pPr>
              <w:spacing w:line="216" w:lineRule="auto"/>
            </w:pPr>
            <w:r>
              <w:rPr>
                <w:b/>
                <w:color w:val="C00000"/>
              </w:rPr>
              <w:t>PET POLICY: Pets allowed; pet-friendly community.</w:t>
            </w:r>
          </w:p>
        </w:tc>
      </w:tr>
      <w:tr w:rsidR="003D62B5" w14:paraId="3EEB836E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554729" w14:textId="77777777" w:rsidR="003D62B5" w:rsidRDefault="00000000">
            <w:pPr>
              <w:spacing w:line="240" w:lineRule="auto"/>
            </w:pPr>
            <w:r>
              <w:rPr>
                <w:b/>
              </w:rPr>
              <w:t>100 Rosa Parks Blvd Unit B1B</w:t>
            </w:r>
            <w:r>
              <w:br/>
            </w:r>
            <w:r>
              <w:rPr>
                <w:b/>
              </w:rPr>
              <w:t>Paterson, NJ 07501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97EC94" w14:textId="77777777" w:rsidR="003D62B5" w:rsidRDefault="00000000">
            <w:pPr>
              <w:spacing w:line="240" w:lineRule="auto"/>
              <w:jc w:val="center"/>
            </w:pPr>
            <w:r>
              <w:t>$1,500/mo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5BA6D5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1C14A5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7CF220" wp14:editId="686181C0">
                  <wp:extent cx="1508760" cy="73552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50BA8F" w14:textId="77777777" w:rsidR="003D62B5" w:rsidRDefault="00000000">
            <w:pPr>
              <w:spacing w:line="240" w:lineRule="auto"/>
            </w:pPr>
            <w:r>
              <w:t>100 Rosa Parks Blvd Leasing</w:t>
            </w:r>
            <w:r>
              <w:br/>
              <w:t>201-467-9294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11D7C3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8F4F8C" w14:textId="77777777" w:rsidR="003D62B5" w:rsidRDefault="00000000">
            <w:pPr>
              <w:spacing w:line="216" w:lineRule="auto"/>
            </w:pPr>
            <w:r>
              <w:t>One-bedroom Paterson apartment listed at $1,500. Confirm move-in readiness, building rules, utilities, parking, lease terms and voucher policy.</w:t>
            </w:r>
          </w:p>
        </w:tc>
      </w:tr>
      <w:tr w:rsidR="003D62B5" w14:paraId="2835F999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1DD712" w14:textId="77777777" w:rsidR="003D62B5" w:rsidRDefault="00000000">
            <w:pPr>
              <w:spacing w:line="240" w:lineRule="auto"/>
            </w:pPr>
            <w:r>
              <w:rPr>
                <w:b/>
              </w:rPr>
              <w:lastRenderedPageBreak/>
              <w:t>54 Center St</w:t>
            </w:r>
            <w:r>
              <w:br/>
            </w:r>
            <w:r>
              <w:rPr>
                <w:b/>
              </w:rPr>
              <w:t>Clifton, NJ 07011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D0ABA6" w14:textId="77777777" w:rsidR="003D62B5" w:rsidRDefault="00000000">
            <w:pPr>
              <w:spacing w:line="240" w:lineRule="auto"/>
              <w:jc w:val="center"/>
            </w:pPr>
            <w:r>
              <w:t>$1,300/mo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55DE8B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4728CD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BB9191" wp14:editId="59CC5A51">
                  <wp:extent cx="1508760" cy="73552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7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F5240E" w14:textId="77777777" w:rsidR="003D62B5" w:rsidRDefault="00000000">
            <w:pPr>
              <w:spacing w:line="240" w:lineRule="auto"/>
            </w:pPr>
            <w:r>
              <w:t>54 Center St Leasing</w:t>
            </w:r>
            <w:r>
              <w:br/>
              <w:t>973-686-1500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74EFEB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250B7A" w14:textId="77777777" w:rsidR="003D62B5" w:rsidRDefault="00000000">
            <w:pPr>
              <w:spacing w:line="216" w:lineRule="auto"/>
            </w:pPr>
            <w:r>
              <w:t>One-bedroom Clifton apartment within range. Confirm unit layout, appliances, utilities, parking, laundry access, fees, deposit and voucher policy.</w:t>
            </w:r>
          </w:p>
        </w:tc>
      </w:tr>
      <w:tr w:rsidR="003D62B5" w14:paraId="724A3F7B" w14:textId="77777777">
        <w:trPr>
          <w:trHeight w:hRule="exact" w:val="403"/>
          <w:jc w:val="center"/>
        </w:trPr>
        <w:tc>
          <w:tcPr>
            <w:tcW w:w="227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B537DA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ADDRESS</w:t>
            </w:r>
          </w:p>
        </w:tc>
        <w:tc>
          <w:tcPr>
            <w:tcW w:w="132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2C832E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AMOUNT</w:t>
            </w:r>
          </w:p>
        </w:tc>
        <w:tc>
          <w:tcPr>
            <w:tcW w:w="82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B16582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AVAILABILITY</w:t>
            </w:r>
          </w:p>
        </w:tc>
        <w:tc>
          <w:tcPr>
            <w:tcW w:w="213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901859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VIEW / PHOTO LINK</w:t>
            </w:r>
          </w:p>
        </w:tc>
        <w:tc>
          <w:tcPr>
            <w:tcW w:w="1930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02EC4A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CONTACT INFORMATION</w:t>
            </w:r>
          </w:p>
        </w:tc>
        <w:tc>
          <w:tcPr>
            <w:tcW w:w="213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2FCA8C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HOUSING VOUCHERS /</w:t>
            </w:r>
            <w:r>
              <w:br/>
            </w:r>
            <w:r>
              <w:rPr>
                <w:b/>
              </w:rPr>
              <w:t>SECTION 8</w:t>
            </w:r>
          </w:p>
        </w:tc>
        <w:tc>
          <w:tcPr>
            <w:tcW w:w="443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7A137B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DESCRIPTION</w:t>
            </w:r>
          </w:p>
        </w:tc>
      </w:tr>
      <w:tr w:rsidR="003D62B5" w14:paraId="2AB9E5DF" w14:textId="77777777">
        <w:trPr>
          <w:trHeight w:hRule="exact" w:val="403"/>
          <w:jc w:val="center"/>
        </w:trPr>
        <w:tc>
          <w:tcPr>
            <w:tcW w:w="15120" w:type="dxa"/>
            <w:gridSpan w:val="7"/>
            <w:shd w:val="clear" w:color="auto" w:fill="00000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723DCF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ESSEX COUNTY</w:t>
            </w:r>
          </w:p>
        </w:tc>
      </w:tr>
      <w:tr w:rsidR="003D62B5" w14:paraId="7894F534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B47447" w14:textId="77777777" w:rsidR="003D62B5" w:rsidRDefault="00000000">
            <w:pPr>
              <w:spacing w:line="240" w:lineRule="auto"/>
            </w:pPr>
            <w:r>
              <w:rPr>
                <w:b/>
              </w:rPr>
              <w:t>61 S Munn Ave Unit 104</w:t>
            </w:r>
            <w:r>
              <w:br/>
            </w:r>
            <w:r>
              <w:rPr>
                <w:b/>
              </w:rPr>
              <w:t>East Orange, NJ 07018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DDA094" w14:textId="77777777" w:rsidR="003D62B5" w:rsidRDefault="00000000">
            <w:pPr>
              <w:spacing w:line="240" w:lineRule="auto"/>
              <w:jc w:val="center"/>
            </w:pPr>
            <w:r>
              <w:t>$1,395/mo</w:t>
            </w:r>
            <w:r>
              <w:br/>
              <w:t>Studio,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665756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31449B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B1ABF9" wp14:editId="2E1F1B11">
                  <wp:extent cx="1508760" cy="73552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9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2190EE" w14:textId="77777777" w:rsidR="003D62B5" w:rsidRDefault="00000000">
            <w:pPr>
              <w:spacing w:line="240" w:lineRule="auto"/>
            </w:pPr>
            <w:r>
              <w:t>61 S Munn Ave Leasing</w:t>
            </w:r>
            <w:r>
              <w:br/>
              <w:t>862-418-1136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C1AACA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C1FE4C" w14:textId="77777777" w:rsidR="003D62B5" w:rsidRDefault="00000000">
            <w:pPr>
              <w:spacing w:line="216" w:lineRule="auto"/>
            </w:pPr>
            <w:r>
              <w:t>Studio East Orange apartment with hardwood floors, security features and access to shopping, services and transportation. Confirm fees, utilities and voucher policy.</w:t>
            </w:r>
          </w:p>
          <w:p w14:paraId="63456733" w14:textId="77777777" w:rsidR="003D62B5" w:rsidRDefault="00000000">
            <w:pPr>
              <w:spacing w:line="216" w:lineRule="auto"/>
            </w:pPr>
            <w:r>
              <w:rPr>
                <w:b/>
                <w:color w:val="C00000"/>
              </w:rPr>
              <w:t>PET POLICY: Pets allowed.</w:t>
            </w:r>
          </w:p>
        </w:tc>
      </w:tr>
      <w:tr w:rsidR="003D62B5" w14:paraId="02DE5B57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8FB864" w14:textId="77777777" w:rsidR="003D62B5" w:rsidRDefault="00000000">
            <w:pPr>
              <w:spacing w:line="240" w:lineRule="auto"/>
            </w:pPr>
            <w:r>
              <w:rPr>
                <w:b/>
              </w:rPr>
              <w:t>18 Summit St</w:t>
            </w:r>
            <w:r>
              <w:br/>
            </w:r>
            <w:r>
              <w:rPr>
                <w:b/>
              </w:rPr>
              <w:t>East Orange, NJ 07017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A18866" w14:textId="77777777" w:rsidR="003D62B5" w:rsidRDefault="00000000">
            <w:pPr>
              <w:spacing w:line="240" w:lineRule="auto"/>
              <w:jc w:val="center"/>
            </w:pPr>
            <w:r>
              <w:t>$1,200/mo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FABA79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D092E4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5E2A12" wp14:editId="0980FF03">
                  <wp:extent cx="1508760" cy="73552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0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A013FE" w14:textId="77777777" w:rsidR="003D62B5" w:rsidRDefault="00000000">
            <w:pPr>
              <w:spacing w:line="240" w:lineRule="auto"/>
            </w:pPr>
            <w:r>
              <w:t>18 Summit St Leasing</w:t>
            </w:r>
            <w:r>
              <w:br/>
              <w:t>862-322-6741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2B9E9C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70AE5F" w14:textId="77777777" w:rsidR="003D62B5" w:rsidRDefault="00000000">
            <w:pPr>
              <w:spacing w:line="216" w:lineRule="auto"/>
            </w:pPr>
            <w:r>
              <w:t>Renovated East Orange apartment within range. Confirm unit number, utilities, laundry access, parking, deposit, lease terms and voucher policy.</w:t>
            </w:r>
          </w:p>
        </w:tc>
      </w:tr>
      <w:tr w:rsidR="003D62B5" w14:paraId="18C47CDF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62D081" w14:textId="77777777" w:rsidR="003D62B5" w:rsidRDefault="00000000">
            <w:pPr>
              <w:spacing w:line="240" w:lineRule="auto"/>
            </w:pPr>
            <w:r>
              <w:rPr>
                <w:b/>
              </w:rPr>
              <w:t>273 S Orange Ave Unit 273D</w:t>
            </w:r>
            <w:r>
              <w:br/>
            </w:r>
            <w:r>
              <w:rPr>
                <w:b/>
              </w:rPr>
              <w:t>Newark, NJ 07103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E5ABAD" w14:textId="77777777" w:rsidR="003D62B5" w:rsidRDefault="00000000">
            <w:pPr>
              <w:spacing w:line="240" w:lineRule="auto"/>
              <w:jc w:val="center"/>
            </w:pPr>
            <w:r>
              <w:t>$1,225/mo</w:t>
            </w:r>
            <w:r>
              <w:br/>
              <w:t>Studio,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F7C8EA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E39445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C3BCFB" wp14:editId="5435A713">
                  <wp:extent cx="1508760" cy="73552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1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BBFE0C" w14:textId="77777777" w:rsidR="003D62B5" w:rsidRDefault="00000000">
            <w:pPr>
              <w:spacing w:line="240" w:lineRule="auto"/>
            </w:pPr>
            <w:r>
              <w:t>273 S Orange Ave Leasing</w:t>
            </w:r>
            <w:r>
              <w:br/>
              <w:t>973-318-3497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0DEA2E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DD95B1" w14:textId="77777777" w:rsidR="003D62B5" w:rsidRDefault="00000000">
            <w:pPr>
              <w:spacing w:line="216" w:lineRule="auto"/>
            </w:pPr>
            <w:r>
              <w:t>Studio Newark apartment near transportation and neighborhood stores, with parking noted. Confirm appliances, fees, utilities, deposit and voucher policy.</w:t>
            </w:r>
          </w:p>
        </w:tc>
      </w:tr>
      <w:tr w:rsidR="003D62B5" w14:paraId="236B3197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F73B1F" w14:textId="77777777" w:rsidR="003D62B5" w:rsidRDefault="00000000">
            <w:pPr>
              <w:spacing w:line="240" w:lineRule="auto"/>
            </w:pPr>
            <w:r>
              <w:rPr>
                <w:b/>
              </w:rPr>
              <w:t>94 Fairmount Terrace Unit 412</w:t>
            </w:r>
            <w:r>
              <w:br/>
            </w:r>
            <w:r>
              <w:rPr>
                <w:b/>
              </w:rPr>
              <w:t>East Orange, NJ 07018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A3F25F" w14:textId="77777777" w:rsidR="003D62B5" w:rsidRDefault="00000000">
            <w:pPr>
              <w:spacing w:line="240" w:lineRule="auto"/>
              <w:jc w:val="center"/>
            </w:pPr>
            <w:r>
              <w:t>$1,500/mo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9605BF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67450F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575F17" wp14:editId="17E7D15F">
                  <wp:extent cx="1508760" cy="73552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2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D10DAA" w14:textId="77777777" w:rsidR="003D62B5" w:rsidRDefault="00000000">
            <w:pPr>
              <w:spacing w:line="240" w:lineRule="auto"/>
            </w:pPr>
            <w:r>
              <w:t>94 Fairmount Terrace Leasing</w:t>
            </w:r>
            <w:r>
              <w:br/>
              <w:t>862-386-2983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061BF6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6B60BE" w14:textId="77777777" w:rsidR="003D62B5" w:rsidRDefault="00000000">
            <w:pPr>
              <w:spacing w:line="216" w:lineRule="auto"/>
            </w:pPr>
            <w:r>
              <w:t>One-bedroom East Orange apartment within range. Confirm building access, floor level, utilities, laundry, parking, application requirements and voucher policy.</w:t>
            </w:r>
          </w:p>
        </w:tc>
      </w:tr>
      <w:tr w:rsidR="003D62B5" w14:paraId="7B09F6D9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5A3C27" w14:textId="77777777" w:rsidR="003D62B5" w:rsidRDefault="00000000">
            <w:pPr>
              <w:spacing w:line="240" w:lineRule="auto"/>
            </w:pPr>
            <w:r>
              <w:rPr>
                <w:b/>
              </w:rPr>
              <w:t>125 Osborne Terrace Unit 14</w:t>
            </w:r>
            <w:r>
              <w:br/>
            </w:r>
            <w:r>
              <w:rPr>
                <w:b/>
              </w:rPr>
              <w:t>Newark, NJ 07108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C29D41" w14:textId="77777777" w:rsidR="003D62B5" w:rsidRDefault="00000000">
            <w:pPr>
              <w:spacing w:line="240" w:lineRule="auto"/>
              <w:jc w:val="center"/>
            </w:pPr>
            <w:r>
              <w:t>$1,500/mo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78E78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C172DA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57DF16" wp14:editId="4D1623F6">
                  <wp:extent cx="1508760" cy="73552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3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5FE631" w14:textId="77777777" w:rsidR="003D62B5" w:rsidRDefault="00000000">
            <w:pPr>
              <w:spacing w:line="240" w:lineRule="auto"/>
            </w:pPr>
            <w:r>
              <w:t>125 Osborne Terrace Leasing</w:t>
            </w:r>
            <w:r>
              <w:br/>
              <w:t>732-795-5397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0ECD34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E310D8" w14:textId="77777777" w:rsidR="003D62B5" w:rsidRDefault="00000000">
            <w:pPr>
              <w:spacing w:line="216" w:lineRule="auto"/>
            </w:pPr>
            <w:r>
              <w:t>One-bedroom Newark apartment listed at $1,500. Confirm unit condition, appliances, utilities, parking, application requirements, deposit and move-in costs.</w:t>
            </w:r>
          </w:p>
        </w:tc>
      </w:tr>
      <w:tr w:rsidR="003D62B5" w14:paraId="095E1F3E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4FCE81" w14:textId="77777777" w:rsidR="003D62B5" w:rsidRDefault="00000000">
            <w:pPr>
              <w:spacing w:line="240" w:lineRule="auto"/>
            </w:pPr>
            <w:r>
              <w:rPr>
                <w:b/>
              </w:rPr>
              <w:lastRenderedPageBreak/>
              <w:t>12 Elmwood Ave Unit BL 1</w:t>
            </w:r>
            <w:r>
              <w:br/>
            </w:r>
            <w:r>
              <w:rPr>
                <w:b/>
              </w:rPr>
              <w:t>Bloomfield, NJ 07003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B20574" w14:textId="77777777" w:rsidR="003D62B5" w:rsidRDefault="00000000">
            <w:pPr>
              <w:spacing w:line="240" w:lineRule="auto"/>
              <w:jc w:val="center"/>
            </w:pPr>
            <w:r>
              <w:t>$1,300/mo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87FDC5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1F451C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6E6D74" wp14:editId="5869FA38">
                  <wp:extent cx="1508760" cy="73552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4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AB1524" w14:textId="77777777" w:rsidR="003D62B5" w:rsidRDefault="00000000">
            <w:pPr>
              <w:spacing w:line="240" w:lineRule="auto"/>
            </w:pPr>
            <w:r>
              <w:t>12 Elmwood Ave Leasing</w:t>
            </w:r>
            <w:r>
              <w:br/>
              <w:t>848-800-2391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56FB58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F51CC9" w14:textId="77777777" w:rsidR="003D62B5" w:rsidRDefault="00000000">
            <w:pPr>
              <w:spacing w:line="216" w:lineRule="auto"/>
            </w:pPr>
            <w:r>
              <w:t>Bloomfield apartment with eat-in kitchen, stove, refrigerator, heat/hot water, hardwood floors, coin laundry and parking option. Confirm fees and vouchers.</w:t>
            </w:r>
          </w:p>
        </w:tc>
      </w:tr>
    </w:tbl>
    <w:p w14:paraId="7AE1474A" w14:textId="77777777" w:rsidR="003D62B5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75"/>
        <w:gridCol w:w="1325"/>
        <w:gridCol w:w="821"/>
        <w:gridCol w:w="2131"/>
        <w:gridCol w:w="1930"/>
        <w:gridCol w:w="2131"/>
        <w:gridCol w:w="4507"/>
      </w:tblGrid>
      <w:tr w:rsidR="003D62B5" w14:paraId="5231A3C1" w14:textId="77777777">
        <w:trPr>
          <w:trHeight w:hRule="exact" w:val="403"/>
          <w:jc w:val="center"/>
        </w:trPr>
        <w:tc>
          <w:tcPr>
            <w:tcW w:w="227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78E3CF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lastRenderedPageBreak/>
              <w:t>ADDRESS</w:t>
            </w:r>
          </w:p>
        </w:tc>
        <w:tc>
          <w:tcPr>
            <w:tcW w:w="132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C854D7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AMOUNT</w:t>
            </w:r>
          </w:p>
        </w:tc>
        <w:tc>
          <w:tcPr>
            <w:tcW w:w="82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6B915F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AVAILABILITY</w:t>
            </w:r>
          </w:p>
        </w:tc>
        <w:tc>
          <w:tcPr>
            <w:tcW w:w="213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B4DE7A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VIEW / PHOTO LINK</w:t>
            </w:r>
          </w:p>
        </w:tc>
        <w:tc>
          <w:tcPr>
            <w:tcW w:w="1930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C7B68E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CONTACT INFORMATION</w:t>
            </w:r>
          </w:p>
        </w:tc>
        <w:tc>
          <w:tcPr>
            <w:tcW w:w="2131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B31CF5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HOUSING VOUCHERS /</w:t>
            </w:r>
            <w:r>
              <w:br/>
            </w:r>
            <w:r>
              <w:rPr>
                <w:b/>
              </w:rPr>
              <w:t>SECTION 8</w:t>
            </w:r>
          </w:p>
        </w:tc>
        <w:tc>
          <w:tcPr>
            <w:tcW w:w="4435" w:type="dxa"/>
            <w:shd w:val="clear" w:color="auto" w:fill="DDEB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6AC5C4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</w:rPr>
              <w:t>DESCRIPTION</w:t>
            </w:r>
          </w:p>
        </w:tc>
      </w:tr>
      <w:tr w:rsidR="003D62B5" w14:paraId="77BDF061" w14:textId="77777777">
        <w:trPr>
          <w:trHeight w:hRule="exact" w:val="403"/>
          <w:jc w:val="center"/>
        </w:trPr>
        <w:tc>
          <w:tcPr>
            <w:tcW w:w="15120" w:type="dxa"/>
            <w:gridSpan w:val="7"/>
            <w:shd w:val="clear" w:color="auto" w:fill="00000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63FBC1" w14:textId="77777777" w:rsidR="003D62B5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UNION COUNTY</w:t>
            </w:r>
          </w:p>
        </w:tc>
      </w:tr>
      <w:tr w:rsidR="003D62B5" w14:paraId="64F8903C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BBAE33" w14:textId="77777777" w:rsidR="003D62B5" w:rsidRDefault="00000000">
            <w:pPr>
              <w:spacing w:line="240" w:lineRule="auto"/>
            </w:pPr>
            <w:r>
              <w:rPr>
                <w:b/>
              </w:rPr>
              <w:t>231 Ripley Pl Unit 4</w:t>
            </w:r>
            <w:r>
              <w:br/>
            </w:r>
            <w:r>
              <w:rPr>
                <w:b/>
              </w:rPr>
              <w:t>Elizabeth, NJ 07206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6C932" w14:textId="77777777" w:rsidR="003D62B5" w:rsidRDefault="00000000">
            <w:pPr>
              <w:spacing w:line="240" w:lineRule="auto"/>
              <w:jc w:val="center"/>
            </w:pPr>
            <w:r>
              <w:t>$1,400/mo</w:t>
            </w:r>
            <w:r>
              <w:br/>
              <w:t>1 bd,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3167DF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6A8E49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B11294" wp14:editId="4822A89C">
                  <wp:extent cx="1508760" cy="73552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6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E149CD" w14:textId="77777777" w:rsidR="003D62B5" w:rsidRDefault="00000000">
            <w:pPr>
              <w:spacing w:line="240" w:lineRule="auto"/>
            </w:pPr>
            <w:r>
              <w:t>Chad H</w:t>
            </w:r>
            <w:r>
              <w:br/>
              <w:t>908-266-6581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D94206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C6A018" w14:textId="77777777" w:rsidR="003D62B5" w:rsidRDefault="00000000">
            <w:pPr>
              <w:spacing w:line="216" w:lineRule="auto"/>
            </w:pPr>
            <w:r>
              <w:t>One-bedroom Elizabeth apartment with oven, refrigerator, tile floors and utilities noted as included. Confirm move-in date, deposit and voucher policy.</w:t>
            </w:r>
          </w:p>
        </w:tc>
      </w:tr>
      <w:tr w:rsidR="003D62B5" w14:paraId="7B7EC49F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C22DA2" w14:textId="77777777" w:rsidR="003D62B5" w:rsidRDefault="00000000">
            <w:pPr>
              <w:spacing w:line="240" w:lineRule="auto"/>
            </w:pPr>
            <w:r>
              <w:rPr>
                <w:b/>
              </w:rPr>
              <w:t>Sheridan Gardens</w:t>
            </w:r>
            <w:r>
              <w:br/>
            </w:r>
            <w:r>
              <w:rPr>
                <w:b/>
              </w:rPr>
              <w:t>1093 Sheridan Ave, Elizabeth, NJ 07208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5D5F8A" w14:textId="77777777" w:rsidR="003D62B5" w:rsidRDefault="00000000">
            <w:pPr>
              <w:spacing w:line="240" w:lineRule="auto"/>
              <w:jc w:val="center"/>
            </w:pPr>
            <w:r>
              <w:t>$1,400/mo</w:t>
            </w:r>
            <w:r>
              <w:br/>
              <w:t>Studio, 1 ba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271A1C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216A01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AB316D" wp14:editId="66940ABF">
                  <wp:extent cx="1508760" cy="73552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7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EC8D4C" w14:textId="77777777" w:rsidR="003D62B5" w:rsidRDefault="00000000">
            <w:pPr>
              <w:spacing w:line="240" w:lineRule="auto"/>
            </w:pPr>
            <w:r>
              <w:t>Sheridan Gardens Leasing</w:t>
            </w:r>
            <w:r>
              <w:br/>
              <w:t>908-739-6919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F5436C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286384" w14:textId="77777777" w:rsidR="003D62B5" w:rsidRDefault="00000000">
            <w:pPr>
              <w:spacing w:line="216" w:lineRule="auto"/>
            </w:pPr>
            <w:r>
              <w:t>Studio apartment option in Elizabeth within range. Confirm exact unit, included services, parking, laundry, deposits, fees and voucher policy.</w:t>
            </w:r>
          </w:p>
        </w:tc>
      </w:tr>
      <w:tr w:rsidR="003D62B5" w14:paraId="448503FA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4A09C3" w14:textId="77777777" w:rsidR="003D62B5" w:rsidRDefault="00000000">
            <w:pPr>
              <w:spacing w:line="240" w:lineRule="auto"/>
            </w:pPr>
            <w:r>
              <w:rPr>
                <w:b/>
              </w:rPr>
              <w:t>516 E Jersey St Unit 3</w:t>
            </w:r>
            <w:r>
              <w:br/>
            </w:r>
            <w:r>
              <w:rPr>
                <w:b/>
              </w:rPr>
              <w:t>Elizabeth, NJ 07206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655D60" w14:textId="77777777" w:rsidR="003D62B5" w:rsidRDefault="00000000">
            <w:pPr>
              <w:spacing w:line="240" w:lineRule="auto"/>
              <w:jc w:val="center"/>
            </w:pPr>
            <w:r>
              <w:t>$1,500/mo</w:t>
            </w:r>
            <w:r>
              <w:br/>
              <w:t>2 bd, 1 ba</w:t>
            </w:r>
            <w:r>
              <w:br/>
              <w:t>750 sq ft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BBF60E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DB4A2E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6D2DCF" wp14:editId="6F8331AB">
                  <wp:extent cx="1508760" cy="73552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8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B9B16A" w14:textId="77777777" w:rsidR="003D62B5" w:rsidRDefault="00000000">
            <w:pPr>
              <w:spacing w:line="240" w:lineRule="auto"/>
            </w:pPr>
            <w:r>
              <w:t>516 E Jersey St Leasing</w:t>
            </w:r>
            <w:r>
              <w:br/>
              <w:t>908-965-8340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D7D5CD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31C5FB" w14:textId="77777777" w:rsidR="003D62B5" w:rsidRDefault="00000000">
            <w:pPr>
              <w:spacing w:line="216" w:lineRule="auto"/>
            </w:pPr>
            <w:r>
              <w:t>Two-bedroom Elizabeth apartment with modern flooring, natural light and updated bathroom. Confirm utilities, fees, deposit, lease terms and voucher policy.</w:t>
            </w:r>
          </w:p>
        </w:tc>
      </w:tr>
      <w:tr w:rsidR="003D62B5" w14:paraId="24F76744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F666D6" w14:textId="77777777" w:rsidR="003D62B5" w:rsidRDefault="00000000">
            <w:pPr>
              <w:spacing w:line="240" w:lineRule="auto"/>
            </w:pPr>
            <w:r>
              <w:rPr>
                <w:b/>
              </w:rPr>
              <w:t>Westminster Towers Apartments</w:t>
            </w:r>
            <w:r>
              <w:br/>
            </w:r>
            <w:r>
              <w:rPr>
                <w:b/>
              </w:rPr>
              <w:t>801 N Broad St, Elizabeth, NJ 07208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D3F17D" w14:textId="77777777" w:rsidR="003D62B5" w:rsidRDefault="00000000">
            <w:pPr>
              <w:spacing w:line="240" w:lineRule="auto"/>
              <w:jc w:val="center"/>
            </w:pPr>
            <w:r>
              <w:t>$1,400/mo</w:t>
            </w:r>
            <w:r>
              <w:br/>
              <w:t>Studio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E428C4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FCD7AC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15544D" wp14:editId="284FC619">
                  <wp:extent cx="1508760" cy="73552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19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EAAD9D" w14:textId="77777777" w:rsidR="003D62B5" w:rsidRDefault="00000000">
            <w:pPr>
              <w:spacing w:line="240" w:lineRule="auto"/>
            </w:pPr>
            <w:r>
              <w:t>Westminster Towers Apartments Leasing</w:t>
            </w:r>
            <w:r>
              <w:br/>
              <w:t>908-738-9911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13287D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05360D" w14:textId="77777777" w:rsidR="003D62B5" w:rsidRDefault="00000000">
            <w:pPr>
              <w:spacing w:line="216" w:lineRule="auto"/>
            </w:pPr>
            <w:r>
              <w:t>Studio apartment option at Elizabeth community with management support and emergency maintenance noted. Confirm availability, utilities, parking, fees and vouchers.</w:t>
            </w:r>
          </w:p>
        </w:tc>
      </w:tr>
      <w:tr w:rsidR="003D62B5" w14:paraId="3BA6C9E2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416DAD" w14:textId="77777777" w:rsidR="003D62B5" w:rsidRDefault="00000000">
            <w:pPr>
              <w:spacing w:line="240" w:lineRule="auto"/>
            </w:pPr>
            <w:r>
              <w:rPr>
                <w:b/>
              </w:rPr>
              <w:t>Wood Arms Apartments</w:t>
            </w:r>
            <w:r>
              <w:br/>
            </w:r>
            <w:r>
              <w:rPr>
                <w:b/>
              </w:rPr>
              <w:t>30 E Elm St, Linden, NJ 07036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1954BF" w14:textId="77777777" w:rsidR="003D62B5" w:rsidRDefault="00000000">
            <w:pPr>
              <w:spacing w:line="240" w:lineRule="auto"/>
              <w:jc w:val="center"/>
            </w:pPr>
            <w:r>
              <w:t>$1,450+/mo</w:t>
            </w:r>
            <w:r>
              <w:br/>
              <w:t>Studio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D5077D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8D3A06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6F626F" wp14:editId="271FFC64">
                  <wp:extent cx="1508760" cy="73552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20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F7DC6F" w14:textId="77777777" w:rsidR="003D62B5" w:rsidRDefault="00000000">
            <w:pPr>
              <w:spacing w:line="240" w:lineRule="auto"/>
            </w:pPr>
            <w:r>
              <w:t>Wood Arms Apartments Leasing</w:t>
            </w:r>
            <w:r>
              <w:br/>
              <w:t>908-663-1872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D06983" w14:textId="77777777" w:rsidR="003D62B5" w:rsidRDefault="00000000">
            <w:pPr>
              <w:spacing w:line="240" w:lineRule="auto"/>
              <w:jc w:val="center"/>
            </w:pPr>
            <w:r>
              <w:t>Not stated - verify before applying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6CA29A" w14:textId="77777777" w:rsidR="003D62B5" w:rsidRDefault="00000000">
            <w:pPr>
              <w:spacing w:line="216" w:lineRule="auto"/>
            </w:pPr>
            <w:r>
              <w:t>Studio Linden apartment near shopping, transportation and neighborhood services. Confirm available unit, utilities, laundry, parking, fees and voucher policy.</w:t>
            </w:r>
          </w:p>
        </w:tc>
      </w:tr>
      <w:tr w:rsidR="003D62B5" w14:paraId="208A242D" w14:textId="77777777">
        <w:trPr>
          <w:trHeight w:val="1656"/>
          <w:jc w:val="center"/>
        </w:trPr>
        <w:tc>
          <w:tcPr>
            <w:tcW w:w="227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9BB813" w14:textId="77777777" w:rsidR="003D62B5" w:rsidRDefault="00000000">
            <w:pPr>
              <w:spacing w:line="240" w:lineRule="auto"/>
            </w:pPr>
            <w:r>
              <w:rPr>
                <w:b/>
              </w:rPr>
              <w:t>Portside II</w:t>
            </w:r>
            <w:r>
              <w:br/>
            </w:r>
            <w:r>
              <w:rPr>
                <w:b/>
              </w:rPr>
              <w:t>136 Pine St, Elizabeth, NJ 07206</w:t>
            </w:r>
          </w:p>
        </w:tc>
        <w:tc>
          <w:tcPr>
            <w:tcW w:w="132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F163A1" w14:textId="77777777" w:rsidR="003D62B5" w:rsidRDefault="00000000">
            <w:pPr>
              <w:spacing w:line="240" w:lineRule="auto"/>
              <w:jc w:val="center"/>
            </w:pPr>
            <w:r>
              <w:t>$1,017/mo 1 bd</w:t>
            </w:r>
            <w:r>
              <w:br/>
              <w:t>$1,209+/mo 2 bd</w:t>
            </w:r>
            <w:r>
              <w:br/>
              <w:t>$1,397+/mo 3 bd</w:t>
            </w:r>
          </w:p>
        </w:tc>
        <w:tc>
          <w:tcPr>
            <w:tcW w:w="82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87F034" w14:textId="77777777" w:rsidR="003D62B5" w:rsidRDefault="00000000">
            <w:pPr>
              <w:spacing w:line="240" w:lineRule="auto"/>
              <w:jc w:val="center"/>
            </w:pPr>
            <w:r>
              <w:t>NOW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16D720" w14:textId="77777777" w:rsidR="003D62B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22476C" wp14:editId="6B1AAB76">
                  <wp:extent cx="1508760" cy="73552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w_21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47D777" w14:textId="77777777" w:rsidR="003D62B5" w:rsidRDefault="00000000">
            <w:pPr>
              <w:spacing w:line="240" w:lineRule="auto"/>
            </w:pPr>
            <w:r>
              <w:t>Portside II Leasing</w:t>
            </w:r>
            <w:r>
              <w:br/>
              <w:t>201-423-6440</w:t>
            </w:r>
          </w:p>
        </w:tc>
        <w:tc>
          <w:tcPr>
            <w:tcW w:w="21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21DF32" w14:textId="77777777" w:rsidR="003D62B5" w:rsidRDefault="00000000">
            <w:pPr>
              <w:spacing w:line="240" w:lineRule="auto"/>
              <w:jc w:val="center"/>
            </w:pPr>
            <w:r>
              <w:t>YES - income-restricted community; verify voucher eligibility</w:t>
            </w:r>
          </w:p>
        </w:tc>
        <w:tc>
          <w:tcPr>
            <w:tcW w:w="443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7C81BF" w14:textId="77777777" w:rsidR="003D62B5" w:rsidRDefault="00000000">
            <w:pPr>
              <w:spacing w:line="216" w:lineRule="auto"/>
            </w:pPr>
            <w:r>
              <w:t>Income-restricted Elizabeth community with one-, two- and three-bedroom options. Confirm availability, household rules, income qualifications and voucher eligibility.</w:t>
            </w:r>
          </w:p>
        </w:tc>
      </w:tr>
    </w:tbl>
    <w:p w14:paraId="6E9A9721" w14:textId="77777777" w:rsidR="003D62B5" w:rsidRDefault="00000000">
      <w:pPr>
        <w:jc w:val="center"/>
      </w:pPr>
      <w:r>
        <w:rPr>
          <w:i/>
          <w:sz w:val="16"/>
        </w:rPr>
        <w:lastRenderedPageBreak/>
        <w:t>Important: Availability, rent, fees, pet rules, voucher policies and income limits can change. Confirm all terms directly with the named property contact before applying or paying a fee.</w:t>
      </w:r>
    </w:p>
    <w:sectPr w:rsidR="003D62B5" w:rsidSect="00034616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9426963">
    <w:abstractNumId w:val="8"/>
  </w:num>
  <w:num w:numId="2" w16cid:durableId="1205680617">
    <w:abstractNumId w:val="6"/>
  </w:num>
  <w:num w:numId="3" w16cid:durableId="1591158664">
    <w:abstractNumId w:val="5"/>
  </w:num>
  <w:num w:numId="4" w16cid:durableId="1075201975">
    <w:abstractNumId w:val="4"/>
  </w:num>
  <w:num w:numId="5" w16cid:durableId="822426193">
    <w:abstractNumId w:val="7"/>
  </w:num>
  <w:num w:numId="6" w16cid:durableId="1567522788">
    <w:abstractNumId w:val="3"/>
  </w:num>
  <w:num w:numId="7" w16cid:durableId="230771789">
    <w:abstractNumId w:val="2"/>
  </w:num>
  <w:num w:numId="8" w16cid:durableId="956065628">
    <w:abstractNumId w:val="1"/>
  </w:num>
  <w:num w:numId="9" w16cid:durableId="27914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62B5"/>
    <w:rsid w:val="0092246D"/>
    <w:rsid w:val="00AA1D8D"/>
    <w:rsid w:val="00B47730"/>
    <w:rsid w:val="00CB0664"/>
    <w:rsid w:val="00D957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FDAA97"/>
  <w14:defaultImageDpi w14:val="300"/>
  <w15:docId w15:val="{9C38CECD-149D-4AE6-941F-296DC88B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APARTMENT LISTING</dc:title>
  <dc:subject/>
  <dc:creator>python-docx</dc:creator>
  <cp:keywords/>
  <dc:description>generated by python-docx</dc:description>
  <cp:lastModifiedBy>rob brown</cp:lastModifiedBy>
  <cp:revision>2</cp:revision>
  <dcterms:created xsi:type="dcterms:W3CDTF">2013-12-23T23:15:00Z</dcterms:created>
  <dcterms:modified xsi:type="dcterms:W3CDTF">2026-10-01T13:47:00Z</dcterms:modified>
  <cp:category/>
</cp:coreProperties>
</file>